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69B82" w14:textId="77777777" w:rsidR="005F1264" w:rsidRDefault="00000000">
      <w:pPr>
        <w:pStyle w:val="TemplateTitle"/>
        <w:jc w:val="center"/>
      </w:pPr>
      <w:r>
        <w:t>MICOLLAC 2027 CONFERENCE PROCEEDINGS PAPER TEMPLATE</w:t>
      </w:r>
    </w:p>
    <w:p w14:paraId="5098BA65" w14:textId="6F6E454C" w:rsidR="005F1264" w:rsidRDefault="005F1264">
      <w:pPr>
        <w:pStyle w:val="TemplateSubTitle"/>
        <w:jc w:val="center"/>
      </w:pPr>
    </w:p>
    <w:tbl>
      <w:tblPr>
        <w:tblW w:w="0" w:type="auto"/>
        <w:jc w:val="center"/>
        <w:tblLook w:val="04A0" w:firstRow="1" w:lastRow="0" w:firstColumn="1" w:lastColumn="0" w:noHBand="0" w:noVBand="1"/>
      </w:tblPr>
      <w:tblGrid>
        <w:gridCol w:w="9792"/>
      </w:tblGrid>
      <w:tr w:rsidR="005F1264" w14:paraId="6A770E82" w14:textId="77777777">
        <w:trPr>
          <w:jc w:val="center"/>
        </w:trPr>
        <w:tc>
          <w:tcPr>
            <w:tcW w:w="9792" w:type="dxa"/>
            <w:tcBorders>
              <w:top w:val="single" w:sz="8" w:space="0" w:color="B7C9E2"/>
              <w:left w:val="single" w:sz="8" w:space="0" w:color="B7C9E2"/>
              <w:bottom w:val="single" w:sz="8" w:space="0" w:color="B7C9E2"/>
              <w:right w:val="single" w:sz="8" w:space="0" w:color="B7C9E2"/>
            </w:tcBorders>
            <w:shd w:val="clear" w:color="auto" w:fill="EAF2F8"/>
            <w:vAlign w:val="center"/>
          </w:tcPr>
          <w:p w14:paraId="0E338B63" w14:textId="77777777" w:rsidR="005F1264" w:rsidRDefault="00000000">
            <w:pPr>
              <w:pStyle w:val="InstructionText"/>
            </w:pPr>
            <w:r>
              <w:rPr>
                <w:b/>
              </w:rPr>
              <w:t xml:space="preserve">Publication Note: </w:t>
            </w:r>
            <w:r>
              <w:t>This paper is submitted for consideration in the official MICOLLAC 2027 Conference Proceedings. If accepted, it will be published as part of the compiled proceedings volume and made available online through the MICOLLAC website. Proceedings papers are citable as conference publications. Authors who wish to develop the paper into a full journal article later should substantially revise and expand the work and check the target journal's prior-publication policy.</w:t>
            </w:r>
          </w:p>
        </w:tc>
      </w:tr>
    </w:tbl>
    <w:p w14:paraId="74747E3F" w14:textId="77777777" w:rsidR="005F1264" w:rsidRDefault="00000000">
      <w:pPr>
        <w:pStyle w:val="InstructionHeading"/>
      </w:pPr>
      <w:r>
        <w:t>Author Instructions</w:t>
      </w:r>
    </w:p>
    <w:tbl>
      <w:tblPr>
        <w:tblStyle w:val="TableGrid"/>
        <w:tblW w:w="0" w:type="auto"/>
        <w:jc w:val="center"/>
        <w:tblLook w:val="04A0" w:firstRow="1" w:lastRow="0" w:firstColumn="1" w:lastColumn="0" w:noHBand="0" w:noVBand="1"/>
      </w:tblPr>
      <w:tblGrid>
        <w:gridCol w:w="4896"/>
        <w:gridCol w:w="4896"/>
      </w:tblGrid>
      <w:tr w:rsidR="005F1264" w14:paraId="676BCED7" w14:textId="77777777">
        <w:trPr>
          <w:jc w:val="center"/>
        </w:trPr>
        <w:tc>
          <w:tcPr>
            <w:tcW w:w="4896" w:type="dxa"/>
            <w:shd w:val="clear" w:color="auto" w:fill="D9EAF7"/>
          </w:tcPr>
          <w:p w14:paraId="341C1BBE" w14:textId="77777777" w:rsidR="005F1264" w:rsidRDefault="00000000">
            <w:pPr>
              <w:pStyle w:val="InstructionText"/>
            </w:pPr>
            <w:r>
              <w:rPr>
                <w:b/>
              </w:rPr>
              <w:t>Item</w:t>
            </w:r>
          </w:p>
        </w:tc>
        <w:tc>
          <w:tcPr>
            <w:tcW w:w="4896" w:type="dxa"/>
            <w:shd w:val="clear" w:color="auto" w:fill="D9EAF7"/>
          </w:tcPr>
          <w:p w14:paraId="35610E3B" w14:textId="77777777" w:rsidR="005F1264" w:rsidRDefault="00000000">
            <w:pPr>
              <w:pStyle w:val="InstructionText"/>
            </w:pPr>
            <w:r>
              <w:rPr>
                <w:b/>
              </w:rPr>
              <w:t>Requirement</w:t>
            </w:r>
          </w:p>
        </w:tc>
      </w:tr>
      <w:tr w:rsidR="005F1264" w14:paraId="62C47472" w14:textId="77777777">
        <w:trPr>
          <w:jc w:val="center"/>
        </w:trPr>
        <w:tc>
          <w:tcPr>
            <w:tcW w:w="4896" w:type="dxa"/>
          </w:tcPr>
          <w:p w14:paraId="2DEAED0B" w14:textId="77777777" w:rsidR="005F1264" w:rsidRDefault="00000000">
            <w:pPr>
              <w:pStyle w:val="InstructionText"/>
            </w:pPr>
            <w:r>
              <w:t>Paper length</w:t>
            </w:r>
          </w:p>
        </w:tc>
        <w:tc>
          <w:tcPr>
            <w:tcW w:w="4896" w:type="dxa"/>
          </w:tcPr>
          <w:p w14:paraId="289477CB" w14:textId="73773128" w:rsidR="005F1264" w:rsidRDefault="00000000">
            <w:pPr>
              <w:pStyle w:val="InstructionText"/>
            </w:pPr>
            <w:r>
              <w:t xml:space="preserve">Approximately </w:t>
            </w:r>
            <w:r w:rsidR="00820CDB">
              <w:t>2</w:t>
            </w:r>
            <w:r>
              <w:t>,</w:t>
            </w:r>
            <w:r w:rsidR="00820CDB">
              <w:t>0</w:t>
            </w:r>
            <w:r>
              <w:t>00</w:t>
            </w:r>
            <w:r w:rsidR="00820CDB">
              <w:t xml:space="preserve"> -2,500</w:t>
            </w:r>
            <w:r>
              <w:t xml:space="preserve"> words, inclusive of abstract and references.</w:t>
            </w:r>
          </w:p>
        </w:tc>
      </w:tr>
      <w:tr w:rsidR="005F1264" w14:paraId="35D02DAF" w14:textId="77777777">
        <w:trPr>
          <w:jc w:val="center"/>
        </w:trPr>
        <w:tc>
          <w:tcPr>
            <w:tcW w:w="4896" w:type="dxa"/>
          </w:tcPr>
          <w:p w14:paraId="25B4211E" w14:textId="77777777" w:rsidR="005F1264" w:rsidRDefault="00000000">
            <w:pPr>
              <w:pStyle w:val="InstructionText"/>
            </w:pPr>
            <w:r>
              <w:t>Abstract</w:t>
            </w:r>
          </w:p>
        </w:tc>
        <w:tc>
          <w:tcPr>
            <w:tcW w:w="4896" w:type="dxa"/>
          </w:tcPr>
          <w:p w14:paraId="0A673E5D" w14:textId="77777777" w:rsidR="005F1264" w:rsidRDefault="00000000">
            <w:pPr>
              <w:pStyle w:val="InstructionText"/>
            </w:pPr>
            <w:r>
              <w:t>200-250 words.</w:t>
            </w:r>
          </w:p>
        </w:tc>
      </w:tr>
      <w:tr w:rsidR="005F1264" w14:paraId="6C49DDDF" w14:textId="77777777">
        <w:trPr>
          <w:jc w:val="center"/>
        </w:trPr>
        <w:tc>
          <w:tcPr>
            <w:tcW w:w="4896" w:type="dxa"/>
          </w:tcPr>
          <w:p w14:paraId="0E755963" w14:textId="77777777" w:rsidR="005F1264" w:rsidRDefault="00000000">
            <w:pPr>
              <w:pStyle w:val="InstructionText"/>
            </w:pPr>
            <w:r>
              <w:t>Keywords</w:t>
            </w:r>
          </w:p>
        </w:tc>
        <w:tc>
          <w:tcPr>
            <w:tcW w:w="4896" w:type="dxa"/>
          </w:tcPr>
          <w:p w14:paraId="46F2D107" w14:textId="77777777" w:rsidR="005F1264" w:rsidRDefault="00000000">
            <w:pPr>
              <w:pStyle w:val="InstructionText"/>
            </w:pPr>
            <w:r>
              <w:t>Five keywords.</w:t>
            </w:r>
          </w:p>
        </w:tc>
      </w:tr>
      <w:tr w:rsidR="005F1264" w14:paraId="4044C8E7" w14:textId="77777777">
        <w:trPr>
          <w:jc w:val="center"/>
        </w:trPr>
        <w:tc>
          <w:tcPr>
            <w:tcW w:w="4896" w:type="dxa"/>
          </w:tcPr>
          <w:p w14:paraId="68D1962A" w14:textId="77777777" w:rsidR="005F1264" w:rsidRDefault="00000000">
            <w:pPr>
              <w:pStyle w:val="InstructionText"/>
            </w:pPr>
            <w:r>
              <w:t>File format</w:t>
            </w:r>
          </w:p>
        </w:tc>
        <w:tc>
          <w:tcPr>
            <w:tcW w:w="4896" w:type="dxa"/>
          </w:tcPr>
          <w:p w14:paraId="4B7AC783" w14:textId="77777777" w:rsidR="005F1264" w:rsidRDefault="00000000">
            <w:pPr>
              <w:pStyle w:val="InstructionText"/>
            </w:pPr>
            <w:r>
              <w:t>Microsoft Word (.docx).</w:t>
            </w:r>
          </w:p>
        </w:tc>
      </w:tr>
      <w:tr w:rsidR="005F1264" w14:paraId="740B6270" w14:textId="77777777">
        <w:trPr>
          <w:jc w:val="center"/>
        </w:trPr>
        <w:tc>
          <w:tcPr>
            <w:tcW w:w="4896" w:type="dxa"/>
          </w:tcPr>
          <w:p w14:paraId="29DC175E" w14:textId="77777777" w:rsidR="005F1264" w:rsidRDefault="00000000">
            <w:pPr>
              <w:pStyle w:val="InstructionText"/>
            </w:pPr>
            <w:r>
              <w:t>Submission deadline</w:t>
            </w:r>
          </w:p>
        </w:tc>
        <w:tc>
          <w:tcPr>
            <w:tcW w:w="4896" w:type="dxa"/>
          </w:tcPr>
          <w:p w14:paraId="7B7935A1" w14:textId="2B06E863" w:rsidR="005F1264" w:rsidRDefault="00000000">
            <w:pPr>
              <w:pStyle w:val="InstructionText"/>
            </w:pPr>
            <w:r>
              <w:t>3</w:t>
            </w:r>
            <w:r w:rsidR="00820CDB">
              <w:t>1</w:t>
            </w:r>
            <w:r>
              <w:t xml:space="preserve"> </w:t>
            </w:r>
            <w:r w:rsidR="00820CDB">
              <w:t>March</w:t>
            </w:r>
            <w:r>
              <w:t xml:space="preserve"> 2027</w:t>
            </w:r>
          </w:p>
        </w:tc>
      </w:tr>
      <w:tr w:rsidR="005F1264" w14:paraId="5EDFD7EB" w14:textId="77777777">
        <w:trPr>
          <w:jc w:val="center"/>
        </w:trPr>
        <w:tc>
          <w:tcPr>
            <w:tcW w:w="4896" w:type="dxa"/>
          </w:tcPr>
          <w:p w14:paraId="73CC53C0" w14:textId="77777777" w:rsidR="005F1264" w:rsidRDefault="00000000">
            <w:pPr>
              <w:pStyle w:val="InstructionText"/>
            </w:pPr>
            <w:r>
              <w:t>Submission email</w:t>
            </w:r>
          </w:p>
        </w:tc>
        <w:tc>
          <w:tcPr>
            <w:tcW w:w="4896" w:type="dxa"/>
          </w:tcPr>
          <w:p w14:paraId="00B5F0B4" w14:textId="07F721E3" w:rsidR="005F1264" w:rsidRDefault="00000000">
            <w:pPr>
              <w:pStyle w:val="InstructionText"/>
            </w:pPr>
            <w:r>
              <w:t xml:space="preserve">micollacproceedings@gmail.com </w:t>
            </w:r>
          </w:p>
        </w:tc>
      </w:tr>
      <w:tr w:rsidR="005F1264" w14:paraId="301F1AC5" w14:textId="77777777">
        <w:trPr>
          <w:jc w:val="center"/>
        </w:trPr>
        <w:tc>
          <w:tcPr>
            <w:tcW w:w="4896" w:type="dxa"/>
          </w:tcPr>
          <w:p w14:paraId="4C6B4ADB" w14:textId="77777777" w:rsidR="005F1264" w:rsidRDefault="00000000">
            <w:pPr>
              <w:pStyle w:val="InstructionText"/>
            </w:pPr>
            <w:r>
              <w:t>Email subject</w:t>
            </w:r>
          </w:p>
        </w:tc>
        <w:tc>
          <w:tcPr>
            <w:tcW w:w="4896" w:type="dxa"/>
          </w:tcPr>
          <w:p w14:paraId="4B239BDC" w14:textId="77777777" w:rsidR="005F1264" w:rsidRDefault="00000000">
            <w:pPr>
              <w:pStyle w:val="InstructionText"/>
            </w:pPr>
            <w:r>
              <w:t>Conference Proceedings Submission_[Corresponding Author's Name].</w:t>
            </w:r>
          </w:p>
        </w:tc>
      </w:tr>
      <w:tr w:rsidR="005F1264" w14:paraId="35412730" w14:textId="77777777">
        <w:trPr>
          <w:jc w:val="center"/>
        </w:trPr>
        <w:tc>
          <w:tcPr>
            <w:tcW w:w="4896" w:type="dxa"/>
          </w:tcPr>
          <w:p w14:paraId="3452B4DC" w14:textId="77777777" w:rsidR="005F1264" w:rsidRDefault="00000000">
            <w:pPr>
              <w:pStyle w:val="InstructionText"/>
            </w:pPr>
            <w:r>
              <w:t>Tables and figures</w:t>
            </w:r>
          </w:p>
        </w:tc>
        <w:tc>
          <w:tcPr>
            <w:tcW w:w="4896" w:type="dxa"/>
          </w:tcPr>
          <w:p w14:paraId="63F125B9" w14:textId="77777777" w:rsidR="005F1264" w:rsidRDefault="00000000">
            <w:pPr>
              <w:pStyle w:val="InstructionText"/>
            </w:pPr>
            <w:r>
              <w:t>Not allowed unless otherwise approved by the Proceedings Committee.</w:t>
            </w:r>
          </w:p>
        </w:tc>
      </w:tr>
      <w:tr w:rsidR="005F1264" w14:paraId="1C4E9EEF" w14:textId="77777777">
        <w:trPr>
          <w:jc w:val="center"/>
        </w:trPr>
        <w:tc>
          <w:tcPr>
            <w:tcW w:w="4896" w:type="dxa"/>
          </w:tcPr>
          <w:p w14:paraId="1F893561" w14:textId="77777777" w:rsidR="005F1264" w:rsidRDefault="00000000">
            <w:pPr>
              <w:pStyle w:val="InstructionText"/>
            </w:pPr>
            <w:r>
              <w:t>Review process</w:t>
            </w:r>
          </w:p>
        </w:tc>
        <w:tc>
          <w:tcPr>
            <w:tcW w:w="4896" w:type="dxa"/>
          </w:tcPr>
          <w:p w14:paraId="6DD19504" w14:textId="77777777" w:rsidR="005F1264" w:rsidRDefault="00000000">
            <w:pPr>
              <w:pStyle w:val="InstructionText"/>
            </w:pPr>
            <w:r>
              <w:t>Submission is subject to editorial screening, peer review, revision, and final editorial approval.</w:t>
            </w:r>
          </w:p>
        </w:tc>
      </w:tr>
    </w:tbl>
    <w:p w14:paraId="0F3400A2" w14:textId="77777777" w:rsidR="005F1264" w:rsidRDefault="00000000">
      <w:pPr>
        <w:pStyle w:val="InstructionHeading"/>
      </w:pPr>
      <w:r>
        <w:t>Pre-Submission Checklist</w:t>
      </w:r>
    </w:p>
    <w:p w14:paraId="5908F71B" w14:textId="77777777" w:rsidR="005F1264" w:rsidRDefault="00000000">
      <w:pPr>
        <w:pStyle w:val="InstructionText"/>
        <w:ind w:left="360" w:hanging="360"/>
      </w:pPr>
      <w:r>
        <w:rPr>
          <w:b/>
        </w:rPr>
        <w:t xml:space="preserve">[ ] </w:t>
      </w:r>
      <w:r>
        <w:t>The paper follows this template and uses the required sections.</w:t>
      </w:r>
    </w:p>
    <w:p w14:paraId="47FC9FC0" w14:textId="77777777" w:rsidR="005F1264" w:rsidRDefault="00000000">
      <w:pPr>
        <w:pStyle w:val="InstructionText"/>
        <w:ind w:left="360" w:hanging="360"/>
      </w:pPr>
      <w:r>
        <w:rPr>
          <w:b/>
        </w:rPr>
        <w:t xml:space="preserve">[ ] </w:t>
      </w:r>
      <w:r>
        <w:t>The paper is based on work presented at MICOLLAC 2027.</w:t>
      </w:r>
    </w:p>
    <w:p w14:paraId="41895387" w14:textId="77777777" w:rsidR="005F1264" w:rsidRDefault="00000000">
      <w:pPr>
        <w:pStyle w:val="InstructionText"/>
        <w:ind w:left="360" w:hanging="360"/>
      </w:pPr>
      <w:r>
        <w:rPr>
          <w:b/>
        </w:rPr>
        <w:t xml:space="preserve">[ ] </w:t>
      </w:r>
      <w:r>
        <w:t>The paper is original and has not been formally published elsewhere.</w:t>
      </w:r>
    </w:p>
    <w:p w14:paraId="4C564685" w14:textId="77777777" w:rsidR="005F1264" w:rsidRDefault="00000000">
      <w:pPr>
        <w:pStyle w:val="InstructionText"/>
        <w:ind w:left="360" w:hanging="360"/>
      </w:pPr>
      <w:r>
        <w:rPr>
          <w:b/>
        </w:rPr>
        <w:t xml:space="preserve">[ ] </w:t>
      </w:r>
      <w:r>
        <w:t>The paper is not under consideration by another journal or publication outlet.</w:t>
      </w:r>
    </w:p>
    <w:p w14:paraId="24DC4C69" w14:textId="77777777" w:rsidR="005F1264" w:rsidRDefault="00000000">
      <w:pPr>
        <w:pStyle w:val="InstructionText"/>
        <w:ind w:left="360" w:hanging="360"/>
      </w:pPr>
      <w:r>
        <w:rPr>
          <w:b/>
        </w:rPr>
        <w:t xml:space="preserve">[ ] </w:t>
      </w:r>
      <w:r>
        <w:t>The corresponding author has completed conference registration and payment, if required.</w:t>
      </w:r>
    </w:p>
    <w:p w14:paraId="326C27CB" w14:textId="77777777" w:rsidR="005F1264" w:rsidRDefault="00000000">
      <w:pPr>
        <w:pStyle w:val="InstructionText"/>
        <w:ind w:left="360" w:hanging="360"/>
      </w:pPr>
      <w:r>
        <w:rPr>
          <w:b/>
        </w:rPr>
        <w:t xml:space="preserve">[ ] </w:t>
      </w:r>
      <w:r>
        <w:t>All author names, affiliations, and email addresses are accurate.</w:t>
      </w:r>
    </w:p>
    <w:p w14:paraId="7A3F73CE" w14:textId="77777777" w:rsidR="005F1264" w:rsidRDefault="00000000">
      <w:pPr>
        <w:pStyle w:val="InstructionText"/>
        <w:ind w:left="360" w:hanging="360"/>
      </w:pPr>
      <w:r>
        <w:rPr>
          <w:b/>
        </w:rPr>
        <w:t xml:space="preserve">[ ] </w:t>
      </w:r>
      <w:r>
        <w:t>References are limited to 10 entries and follow the required style.</w:t>
      </w:r>
    </w:p>
    <w:p w14:paraId="6F4A969A" w14:textId="77777777" w:rsidR="005F1264" w:rsidRDefault="00000000">
      <w:pPr>
        <w:pStyle w:val="InstructionText"/>
        <w:ind w:left="360" w:hanging="360"/>
      </w:pPr>
      <w:r>
        <w:rPr>
          <w:b/>
        </w:rPr>
        <w:t xml:space="preserve">[ ] </w:t>
      </w:r>
      <w:r>
        <w:t>The author declaration at the end of this template has been completed.</w:t>
      </w:r>
    </w:p>
    <w:p w14:paraId="1B807A06" w14:textId="77777777" w:rsidR="005F1264" w:rsidRDefault="00000000">
      <w:r>
        <w:br w:type="page"/>
      </w:r>
    </w:p>
    <w:p w14:paraId="2AD5F732" w14:textId="77777777" w:rsidR="005F1264" w:rsidRDefault="00000000">
      <w:pPr>
        <w:pStyle w:val="PaperTitle"/>
        <w:jc w:val="center"/>
      </w:pPr>
      <w:r>
        <w:lastRenderedPageBreak/>
        <w:t>TITLE OF PAPER (MAXIMUM 15 WORDS, TNR BOLD UPPERCASE 12PT)</w:t>
      </w:r>
    </w:p>
    <w:p w14:paraId="6D7909C9" w14:textId="77777777" w:rsidR="005F1264" w:rsidRDefault="00000000">
      <w:pPr>
        <w:jc w:val="center"/>
      </w:pPr>
      <w:r>
        <w:rPr>
          <w:b/>
        </w:rPr>
        <w:t>Author A¹, Author B², and Author C³</w:t>
      </w:r>
    </w:p>
    <w:p w14:paraId="57794EF1" w14:textId="77777777" w:rsidR="005F1264" w:rsidRDefault="00000000">
      <w:pPr>
        <w:jc w:val="center"/>
      </w:pPr>
      <w:r>
        <w:rPr>
          <w:i/>
        </w:rPr>
        <w:t>¹Institution 1, City, Country</w:t>
      </w:r>
    </w:p>
    <w:p w14:paraId="63D6552E" w14:textId="77777777" w:rsidR="005F1264" w:rsidRDefault="00000000">
      <w:pPr>
        <w:jc w:val="center"/>
      </w:pPr>
      <w:r>
        <w:rPr>
          <w:i/>
        </w:rPr>
        <w:t>²Institution 2, City, Country</w:t>
      </w:r>
    </w:p>
    <w:p w14:paraId="308EB98D" w14:textId="77777777" w:rsidR="005F1264" w:rsidRDefault="00000000">
      <w:pPr>
        <w:jc w:val="center"/>
      </w:pPr>
      <w:r>
        <w:rPr>
          <w:i/>
        </w:rPr>
        <w:t>³Institution 3, City, Country</w:t>
      </w:r>
    </w:p>
    <w:p w14:paraId="6E712904" w14:textId="77777777" w:rsidR="005F1264" w:rsidRDefault="00000000">
      <w:pPr>
        <w:jc w:val="center"/>
      </w:pPr>
      <w:r>
        <w:rPr>
          <w:u w:val="single"/>
        </w:rPr>
        <w:t>Corresponding author email: author@email.com</w:t>
      </w:r>
    </w:p>
    <w:p w14:paraId="063F73A5" w14:textId="77777777" w:rsidR="005F1264" w:rsidRDefault="00000000">
      <w:pPr>
        <w:jc w:val="center"/>
      </w:pPr>
      <w:r>
        <w:t>ORCID iD (optional): https://orcid.org/0000-0000-0000-0000</w:t>
      </w:r>
    </w:p>
    <w:tbl>
      <w:tblPr>
        <w:tblStyle w:val="TableGrid"/>
        <w:tblW w:w="0" w:type="auto"/>
        <w:jc w:val="center"/>
        <w:tblLook w:val="04A0" w:firstRow="1" w:lastRow="0" w:firstColumn="1" w:lastColumn="0" w:noHBand="0" w:noVBand="1"/>
      </w:tblPr>
      <w:tblGrid>
        <w:gridCol w:w="4896"/>
        <w:gridCol w:w="4896"/>
      </w:tblGrid>
      <w:tr w:rsidR="005F1264" w14:paraId="7003E712" w14:textId="77777777">
        <w:trPr>
          <w:jc w:val="center"/>
        </w:trPr>
        <w:tc>
          <w:tcPr>
            <w:tcW w:w="4896" w:type="dxa"/>
            <w:shd w:val="clear" w:color="auto" w:fill="F2F2F2"/>
          </w:tcPr>
          <w:p w14:paraId="4B4437B7" w14:textId="77777777" w:rsidR="005F1264" w:rsidRDefault="00000000">
            <w:pPr>
              <w:pStyle w:val="InstructionText"/>
            </w:pPr>
            <w:r>
              <w:t>Paper Category</w:t>
            </w:r>
          </w:p>
        </w:tc>
        <w:tc>
          <w:tcPr>
            <w:tcW w:w="4896" w:type="dxa"/>
          </w:tcPr>
          <w:p w14:paraId="131A38DB" w14:textId="77777777" w:rsidR="005F1264" w:rsidRDefault="00000000">
            <w:pPr>
              <w:pStyle w:val="InstructionText"/>
            </w:pPr>
            <w:r>
              <w:t>Language / Literature / Culture / Communication / Other</w:t>
            </w:r>
          </w:p>
        </w:tc>
      </w:tr>
      <w:tr w:rsidR="005F1264" w:rsidRPr="00146559" w14:paraId="5F4C8FF2" w14:textId="77777777">
        <w:trPr>
          <w:jc w:val="center"/>
        </w:trPr>
        <w:tc>
          <w:tcPr>
            <w:tcW w:w="4896" w:type="dxa"/>
            <w:shd w:val="clear" w:color="auto" w:fill="F2F2F2"/>
          </w:tcPr>
          <w:p w14:paraId="60C4A29C" w14:textId="77777777" w:rsidR="005F1264" w:rsidRPr="00146559" w:rsidRDefault="00000000">
            <w:pPr>
              <w:pStyle w:val="InstructionText"/>
              <w:rPr>
                <w:sz w:val="24"/>
                <w:szCs w:val="24"/>
              </w:rPr>
            </w:pPr>
            <w:r w:rsidRPr="00146559">
              <w:rPr>
                <w:sz w:val="24"/>
                <w:szCs w:val="24"/>
              </w:rPr>
              <w:t>Presentation Title, if different</w:t>
            </w:r>
          </w:p>
        </w:tc>
        <w:tc>
          <w:tcPr>
            <w:tcW w:w="4896" w:type="dxa"/>
          </w:tcPr>
          <w:p w14:paraId="729F2B49" w14:textId="77777777" w:rsidR="005F1264" w:rsidRPr="00146559" w:rsidRDefault="00000000">
            <w:pPr>
              <w:pStyle w:val="InstructionText"/>
              <w:rPr>
                <w:sz w:val="24"/>
                <w:szCs w:val="24"/>
              </w:rPr>
            </w:pPr>
            <w:r w:rsidRPr="00146559">
              <w:rPr>
                <w:sz w:val="24"/>
                <w:szCs w:val="24"/>
              </w:rPr>
              <w:t>[Insert presentation title, if applicable]</w:t>
            </w:r>
          </w:p>
        </w:tc>
      </w:tr>
    </w:tbl>
    <w:p w14:paraId="173B1D7E" w14:textId="77777777" w:rsidR="005F1264" w:rsidRPr="00146559" w:rsidRDefault="00000000">
      <w:pPr>
        <w:pStyle w:val="PaperHeading"/>
        <w:rPr>
          <w:szCs w:val="24"/>
        </w:rPr>
      </w:pPr>
      <w:r w:rsidRPr="00146559">
        <w:rPr>
          <w:szCs w:val="24"/>
        </w:rPr>
        <w:t>ABSTRACT (200-250 WORDS)</w:t>
      </w:r>
    </w:p>
    <w:p w14:paraId="51E737CD" w14:textId="77777777" w:rsidR="005F1264" w:rsidRPr="00146559" w:rsidRDefault="00000000">
      <w:pPr>
        <w:pStyle w:val="Placeholder"/>
        <w:rPr>
          <w:i w:val="0"/>
          <w:sz w:val="24"/>
          <w:szCs w:val="24"/>
        </w:rPr>
      </w:pPr>
      <w:r w:rsidRPr="00146559">
        <w:rPr>
          <w:i w:val="0"/>
          <w:sz w:val="24"/>
          <w:szCs w:val="24"/>
        </w:rPr>
        <w:t>Provide a concise summary of the paper, including the research context, aim, method or approach, key findings or argument, and contribution. Remove this instruction before submission.</w:t>
      </w:r>
    </w:p>
    <w:p w14:paraId="2E5482D3" w14:textId="77777777" w:rsidR="005F1264" w:rsidRPr="00146559" w:rsidRDefault="00000000">
      <w:pPr>
        <w:pStyle w:val="PaperHeading"/>
        <w:rPr>
          <w:szCs w:val="24"/>
        </w:rPr>
      </w:pPr>
      <w:r w:rsidRPr="00146559">
        <w:rPr>
          <w:szCs w:val="24"/>
        </w:rPr>
        <w:t>KEYWORDS (5 WORDS)</w:t>
      </w:r>
    </w:p>
    <w:p w14:paraId="7B2B99D6" w14:textId="77777777" w:rsidR="005F1264" w:rsidRPr="00146559" w:rsidRDefault="00000000">
      <w:pPr>
        <w:pStyle w:val="Placeholder"/>
        <w:rPr>
          <w:i w:val="0"/>
          <w:sz w:val="24"/>
          <w:szCs w:val="24"/>
        </w:rPr>
      </w:pPr>
      <w:r w:rsidRPr="00146559">
        <w:rPr>
          <w:i w:val="0"/>
          <w:sz w:val="24"/>
          <w:szCs w:val="24"/>
        </w:rPr>
        <w:t>Keyword 1; Keyword 2; Keyword 3; Keyword 4; Keyword 5</w:t>
      </w:r>
    </w:p>
    <w:p w14:paraId="52B9A7FE" w14:textId="77777777" w:rsidR="005F1264" w:rsidRPr="00146559" w:rsidRDefault="00000000">
      <w:pPr>
        <w:pStyle w:val="PaperHeading"/>
        <w:rPr>
          <w:szCs w:val="24"/>
        </w:rPr>
      </w:pPr>
      <w:r w:rsidRPr="00146559">
        <w:rPr>
          <w:szCs w:val="24"/>
        </w:rPr>
        <w:t>INTRODUCTION</w:t>
      </w:r>
    </w:p>
    <w:p w14:paraId="376EA1DA" w14:textId="77777777" w:rsidR="005F1264" w:rsidRPr="00146559" w:rsidRDefault="00000000">
      <w:pPr>
        <w:pStyle w:val="Placeholder"/>
        <w:rPr>
          <w:i w:val="0"/>
          <w:sz w:val="24"/>
          <w:szCs w:val="24"/>
        </w:rPr>
      </w:pPr>
      <w:r w:rsidRPr="00146559">
        <w:rPr>
          <w:i w:val="0"/>
          <w:sz w:val="24"/>
          <w:szCs w:val="24"/>
        </w:rPr>
        <w:t>Introduce the topic, research problem or focus, context, and aim of the paper. The introduction should clearly show what the paper examines and why it is relevant to the conference theme or field.</w:t>
      </w:r>
    </w:p>
    <w:p w14:paraId="2A43F539" w14:textId="77777777" w:rsidR="005F1264" w:rsidRPr="00146559" w:rsidRDefault="00000000">
      <w:pPr>
        <w:pStyle w:val="PaperHeading"/>
        <w:rPr>
          <w:szCs w:val="24"/>
        </w:rPr>
      </w:pPr>
      <w:r w:rsidRPr="00146559">
        <w:rPr>
          <w:szCs w:val="24"/>
        </w:rPr>
        <w:t>RELATED LITERATURE / CONCEPTUAL BACKGROUND</w:t>
      </w:r>
    </w:p>
    <w:p w14:paraId="0C235B0F" w14:textId="77777777" w:rsidR="005F1264" w:rsidRPr="00146559" w:rsidRDefault="00000000">
      <w:pPr>
        <w:pStyle w:val="Placeholder"/>
        <w:rPr>
          <w:i w:val="0"/>
          <w:sz w:val="24"/>
          <w:szCs w:val="24"/>
        </w:rPr>
      </w:pPr>
      <w:r w:rsidRPr="00146559">
        <w:rPr>
          <w:i w:val="0"/>
          <w:sz w:val="24"/>
          <w:szCs w:val="24"/>
        </w:rPr>
        <w:t>Discuss the key scholarship, concepts, or debates that inform the paper. For literary or cultural papers, this section may explain the conceptual or critical framework used in the analysis.</w:t>
      </w:r>
    </w:p>
    <w:p w14:paraId="43690FA3" w14:textId="77777777" w:rsidR="005F1264" w:rsidRPr="00146559" w:rsidRDefault="00000000">
      <w:pPr>
        <w:pStyle w:val="PaperHeading"/>
        <w:rPr>
          <w:szCs w:val="24"/>
        </w:rPr>
      </w:pPr>
      <w:r w:rsidRPr="00146559">
        <w:rPr>
          <w:szCs w:val="24"/>
        </w:rPr>
        <w:t>METHODS / APPROACH</w:t>
      </w:r>
    </w:p>
    <w:p w14:paraId="3089BB1B" w14:textId="77777777" w:rsidR="005F1264" w:rsidRPr="00146559" w:rsidRDefault="00000000">
      <w:pPr>
        <w:pStyle w:val="Placeholder"/>
        <w:rPr>
          <w:i w:val="0"/>
          <w:sz w:val="24"/>
          <w:szCs w:val="24"/>
        </w:rPr>
      </w:pPr>
      <w:r w:rsidRPr="00146559">
        <w:rPr>
          <w:i w:val="0"/>
          <w:sz w:val="24"/>
          <w:szCs w:val="24"/>
        </w:rPr>
        <w:t>For empirical papers, describe the research design, data, participants or materials, and method of analysis. For conceptual, literary, or cultural papers, explain the analytical approach, selected texts or materials, and the basis of interpretation.</w:t>
      </w:r>
    </w:p>
    <w:p w14:paraId="2EDBBAF3" w14:textId="77777777" w:rsidR="005F1264" w:rsidRPr="00146559" w:rsidRDefault="00000000">
      <w:pPr>
        <w:pStyle w:val="PaperHeading"/>
        <w:rPr>
          <w:szCs w:val="24"/>
        </w:rPr>
      </w:pPr>
      <w:r w:rsidRPr="00146559">
        <w:rPr>
          <w:szCs w:val="24"/>
        </w:rPr>
        <w:t>RESULTS AND DISCUSSION / ANALYSIS</w:t>
      </w:r>
    </w:p>
    <w:p w14:paraId="3E9FC256" w14:textId="77777777" w:rsidR="005F1264" w:rsidRPr="00146559" w:rsidRDefault="00000000">
      <w:pPr>
        <w:pStyle w:val="Placeholder"/>
        <w:rPr>
          <w:i w:val="0"/>
          <w:sz w:val="24"/>
          <w:szCs w:val="24"/>
        </w:rPr>
      </w:pPr>
      <w:r w:rsidRPr="00146559">
        <w:rPr>
          <w:i w:val="0"/>
          <w:sz w:val="24"/>
          <w:szCs w:val="24"/>
        </w:rPr>
        <w:t>Present the main findings, discussion, or textual analysis. Ensure that claims are supported with evidence from data, texts, examples, or relevant scholarship.</w:t>
      </w:r>
    </w:p>
    <w:p w14:paraId="11EF30B7" w14:textId="77777777" w:rsidR="005F1264" w:rsidRPr="00146559" w:rsidRDefault="00000000">
      <w:pPr>
        <w:pStyle w:val="PaperHeading"/>
        <w:rPr>
          <w:szCs w:val="24"/>
        </w:rPr>
      </w:pPr>
      <w:r w:rsidRPr="00146559">
        <w:rPr>
          <w:szCs w:val="24"/>
        </w:rPr>
        <w:t>CONCLUSION</w:t>
      </w:r>
    </w:p>
    <w:p w14:paraId="202C9D4C" w14:textId="77777777" w:rsidR="005F1264" w:rsidRPr="00146559" w:rsidRDefault="00000000">
      <w:pPr>
        <w:pStyle w:val="Placeholder"/>
        <w:rPr>
          <w:i w:val="0"/>
          <w:sz w:val="24"/>
          <w:szCs w:val="24"/>
        </w:rPr>
      </w:pPr>
      <w:r w:rsidRPr="00146559">
        <w:rPr>
          <w:i w:val="0"/>
          <w:sz w:val="24"/>
          <w:szCs w:val="24"/>
        </w:rPr>
        <w:t>Summarise the main argument or findings and explain the significance of the paper. You may include brief implications, limitations, or future directions where relevant.</w:t>
      </w:r>
    </w:p>
    <w:p w14:paraId="6A9B24A7" w14:textId="77777777" w:rsidR="005F1264" w:rsidRPr="00146559" w:rsidRDefault="00000000">
      <w:pPr>
        <w:pStyle w:val="PaperHeading"/>
        <w:rPr>
          <w:szCs w:val="24"/>
        </w:rPr>
      </w:pPr>
      <w:r w:rsidRPr="00146559">
        <w:rPr>
          <w:szCs w:val="24"/>
        </w:rPr>
        <w:t>REFERENCES</w:t>
      </w:r>
    </w:p>
    <w:p w14:paraId="5CDA15C6" w14:textId="77777777" w:rsidR="005F1264" w:rsidRPr="00146559" w:rsidRDefault="00000000">
      <w:pPr>
        <w:pStyle w:val="Placeholder"/>
        <w:rPr>
          <w:i w:val="0"/>
          <w:sz w:val="24"/>
          <w:szCs w:val="24"/>
        </w:rPr>
      </w:pPr>
      <w:r w:rsidRPr="00146559">
        <w:rPr>
          <w:i w:val="0"/>
          <w:sz w:val="24"/>
          <w:szCs w:val="24"/>
        </w:rPr>
        <w:t>List up to 10 references. Arrange references alphabetically. Use APA style for Language and Communication papers, and MLA style for Literature and Culture papers, unless otherwise instructed by the Proceedings Committee.</w:t>
      </w:r>
    </w:p>
    <w:p w14:paraId="3582377B" w14:textId="77777777" w:rsidR="005F1264" w:rsidRPr="00146559" w:rsidRDefault="00000000">
      <w:pPr>
        <w:pStyle w:val="PaperHeading"/>
        <w:rPr>
          <w:szCs w:val="24"/>
        </w:rPr>
      </w:pPr>
      <w:r w:rsidRPr="00146559">
        <w:rPr>
          <w:szCs w:val="24"/>
        </w:rPr>
        <w:lastRenderedPageBreak/>
        <w:t>AUTHOR'S BIODATA (MAXIMUM 50 WORDS)</w:t>
      </w:r>
    </w:p>
    <w:p w14:paraId="5F972866" w14:textId="77777777" w:rsidR="005F1264" w:rsidRPr="00146559" w:rsidRDefault="00000000">
      <w:pPr>
        <w:pStyle w:val="Placeholder"/>
        <w:rPr>
          <w:i w:val="0"/>
          <w:sz w:val="24"/>
          <w:szCs w:val="24"/>
        </w:rPr>
      </w:pPr>
      <w:r w:rsidRPr="00146559">
        <w:rPr>
          <w:i w:val="0"/>
          <w:sz w:val="24"/>
          <w:szCs w:val="24"/>
        </w:rPr>
        <w:t>Provide a short summary of the author's background, institutional affiliation, and current research interests. For multiple authors, provide one brief biodata for each author.</w:t>
      </w:r>
    </w:p>
    <w:p w14:paraId="44F5AC2B" w14:textId="77777777" w:rsidR="005F1264" w:rsidRDefault="00000000">
      <w:pPr>
        <w:pStyle w:val="PaperHeading"/>
      </w:pPr>
      <w:r>
        <w:t>AUTHOR DECLARATION</w:t>
      </w:r>
    </w:p>
    <w:p w14:paraId="1FDAC2AB" w14:textId="77777777" w:rsidR="005F1264" w:rsidRDefault="00000000">
      <w:r>
        <w:t>By submitting this paper, the author(s) confirm that the work is original, has not been formally published elsewhere, is not currently under review by another journal or publication outlet, and does not infringe any copyright or third-party rights. The author(s) also confirm that the paper is based on work presented at MICOLLAC 2027 and agree to its publication in the official MICOLLAC 2027 Conference Proceedings if accepted.</w:t>
      </w:r>
    </w:p>
    <w:tbl>
      <w:tblPr>
        <w:tblStyle w:val="TableGrid"/>
        <w:tblW w:w="0" w:type="auto"/>
        <w:tblLook w:val="04A0" w:firstRow="1" w:lastRow="0" w:firstColumn="1" w:lastColumn="0" w:noHBand="0" w:noVBand="1"/>
      </w:tblPr>
      <w:tblGrid>
        <w:gridCol w:w="4896"/>
        <w:gridCol w:w="4896"/>
      </w:tblGrid>
      <w:tr w:rsidR="005F1264" w14:paraId="7C7543ED" w14:textId="77777777">
        <w:tc>
          <w:tcPr>
            <w:tcW w:w="4896" w:type="dxa"/>
            <w:shd w:val="clear" w:color="auto" w:fill="F2F2F2"/>
          </w:tcPr>
          <w:p w14:paraId="266AD3D1" w14:textId="77777777" w:rsidR="005F1264" w:rsidRDefault="00000000">
            <w:pPr>
              <w:pStyle w:val="InstructionText"/>
            </w:pPr>
            <w:r>
              <w:t>Corresponding Author Name</w:t>
            </w:r>
          </w:p>
        </w:tc>
        <w:tc>
          <w:tcPr>
            <w:tcW w:w="4896" w:type="dxa"/>
          </w:tcPr>
          <w:p w14:paraId="6B4CCD84" w14:textId="77777777" w:rsidR="005F1264" w:rsidRDefault="005F1264">
            <w:pPr>
              <w:pStyle w:val="InstructionText"/>
            </w:pPr>
          </w:p>
        </w:tc>
      </w:tr>
      <w:tr w:rsidR="005F1264" w14:paraId="6D6138C1" w14:textId="77777777">
        <w:tc>
          <w:tcPr>
            <w:tcW w:w="4896" w:type="dxa"/>
            <w:shd w:val="clear" w:color="auto" w:fill="F2F2F2"/>
          </w:tcPr>
          <w:p w14:paraId="39BBC86B" w14:textId="77777777" w:rsidR="005F1264" w:rsidRDefault="00000000">
            <w:pPr>
              <w:pStyle w:val="InstructionText"/>
            </w:pPr>
            <w:r>
              <w:t>Signature / Typed Name</w:t>
            </w:r>
          </w:p>
        </w:tc>
        <w:tc>
          <w:tcPr>
            <w:tcW w:w="4896" w:type="dxa"/>
          </w:tcPr>
          <w:p w14:paraId="74048B4F" w14:textId="77777777" w:rsidR="005F1264" w:rsidRDefault="005F1264">
            <w:pPr>
              <w:pStyle w:val="InstructionText"/>
            </w:pPr>
          </w:p>
        </w:tc>
      </w:tr>
      <w:tr w:rsidR="005F1264" w14:paraId="22A2621C" w14:textId="77777777">
        <w:tc>
          <w:tcPr>
            <w:tcW w:w="4896" w:type="dxa"/>
            <w:shd w:val="clear" w:color="auto" w:fill="F2F2F2"/>
          </w:tcPr>
          <w:p w14:paraId="45CB22E6" w14:textId="77777777" w:rsidR="005F1264" w:rsidRDefault="00000000">
            <w:pPr>
              <w:pStyle w:val="InstructionText"/>
            </w:pPr>
            <w:r>
              <w:t>Date</w:t>
            </w:r>
          </w:p>
        </w:tc>
        <w:tc>
          <w:tcPr>
            <w:tcW w:w="4896" w:type="dxa"/>
          </w:tcPr>
          <w:p w14:paraId="1D06A2DB" w14:textId="77777777" w:rsidR="005F1264" w:rsidRDefault="005F1264">
            <w:pPr>
              <w:pStyle w:val="InstructionText"/>
            </w:pPr>
          </w:p>
        </w:tc>
      </w:tr>
      <w:tr w:rsidR="005F1264" w14:paraId="253BF717" w14:textId="77777777">
        <w:tc>
          <w:tcPr>
            <w:tcW w:w="4896" w:type="dxa"/>
            <w:shd w:val="clear" w:color="auto" w:fill="F2F2F2"/>
          </w:tcPr>
          <w:p w14:paraId="4A9A88A4" w14:textId="77777777" w:rsidR="005F1264" w:rsidRDefault="00000000">
            <w:pPr>
              <w:pStyle w:val="InstructionText"/>
            </w:pPr>
            <w:r>
              <w:t>Contact Email</w:t>
            </w:r>
          </w:p>
        </w:tc>
        <w:tc>
          <w:tcPr>
            <w:tcW w:w="4896" w:type="dxa"/>
          </w:tcPr>
          <w:p w14:paraId="2578C576" w14:textId="77777777" w:rsidR="005F1264" w:rsidRDefault="005F1264">
            <w:pPr>
              <w:pStyle w:val="InstructionText"/>
            </w:pPr>
          </w:p>
        </w:tc>
      </w:tr>
    </w:tbl>
    <w:p w14:paraId="0883022E" w14:textId="77777777" w:rsidR="005F1264" w:rsidRDefault="00000000">
      <w:pPr>
        <w:pStyle w:val="PaperHeading"/>
      </w:pPr>
      <w:r>
        <w:t>ARTICLE INFO (FOR EDITORIAL USE ONLY)</w:t>
      </w:r>
    </w:p>
    <w:tbl>
      <w:tblPr>
        <w:tblStyle w:val="TableGrid"/>
        <w:tblW w:w="0" w:type="auto"/>
        <w:tblLook w:val="04A0" w:firstRow="1" w:lastRow="0" w:firstColumn="1" w:lastColumn="0" w:noHBand="0" w:noVBand="1"/>
      </w:tblPr>
      <w:tblGrid>
        <w:gridCol w:w="4896"/>
        <w:gridCol w:w="4896"/>
      </w:tblGrid>
      <w:tr w:rsidR="005F1264" w14:paraId="479871FE" w14:textId="77777777">
        <w:tc>
          <w:tcPr>
            <w:tcW w:w="4896" w:type="dxa"/>
            <w:shd w:val="clear" w:color="auto" w:fill="F2F2F2"/>
          </w:tcPr>
          <w:p w14:paraId="24F74381" w14:textId="77777777" w:rsidR="005F1264" w:rsidRDefault="00000000">
            <w:pPr>
              <w:pStyle w:val="InstructionText"/>
            </w:pPr>
            <w:r>
              <w:t>Received</w:t>
            </w:r>
          </w:p>
        </w:tc>
        <w:tc>
          <w:tcPr>
            <w:tcW w:w="4896" w:type="dxa"/>
          </w:tcPr>
          <w:p w14:paraId="3CE56675" w14:textId="77777777" w:rsidR="005F1264" w:rsidRDefault="00000000">
            <w:pPr>
              <w:pStyle w:val="InstructionText"/>
            </w:pPr>
            <w:r>
              <w:t>[To be filled by editors]</w:t>
            </w:r>
          </w:p>
        </w:tc>
      </w:tr>
      <w:tr w:rsidR="005F1264" w14:paraId="550311C7" w14:textId="77777777">
        <w:tc>
          <w:tcPr>
            <w:tcW w:w="4896" w:type="dxa"/>
            <w:shd w:val="clear" w:color="auto" w:fill="F2F2F2"/>
          </w:tcPr>
          <w:p w14:paraId="3E59EECC" w14:textId="77777777" w:rsidR="005F1264" w:rsidRDefault="00000000">
            <w:pPr>
              <w:pStyle w:val="InstructionText"/>
            </w:pPr>
            <w:r>
              <w:t>Accepted</w:t>
            </w:r>
          </w:p>
        </w:tc>
        <w:tc>
          <w:tcPr>
            <w:tcW w:w="4896" w:type="dxa"/>
          </w:tcPr>
          <w:p w14:paraId="1B2AD391" w14:textId="77777777" w:rsidR="005F1264" w:rsidRDefault="00000000">
            <w:pPr>
              <w:pStyle w:val="InstructionText"/>
            </w:pPr>
            <w:r>
              <w:t>[To be filled by editors]</w:t>
            </w:r>
          </w:p>
        </w:tc>
      </w:tr>
      <w:tr w:rsidR="005F1264" w14:paraId="167E043D" w14:textId="77777777">
        <w:tc>
          <w:tcPr>
            <w:tcW w:w="4896" w:type="dxa"/>
            <w:shd w:val="clear" w:color="auto" w:fill="F2F2F2"/>
          </w:tcPr>
          <w:p w14:paraId="71CDF0A8" w14:textId="77777777" w:rsidR="005F1264" w:rsidRDefault="00000000">
            <w:pPr>
              <w:pStyle w:val="InstructionText"/>
            </w:pPr>
            <w:r>
              <w:t>Published</w:t>
            </w:r>
          </w:p>
        </w:tc>
        <w:tc>
          <w:tcPr>
            <w:tcW w:w="4896" w:type="dxa"/>
          </w:tcPr>
          <w:p w14:paraId="0496566B" w14:textId="77777777" w:rsidR="005F1264" w:rsidRDefault="00000000">
            <w:pPr>
              <w:pStyle w:val="InstructionText"/>
            </w:pPr>
            <w:r>
              <w:t>[To be filled by editors]</w:t>
            </w:r>
          </w:p>
        </w:tc>
      </w:tr>
    </w:tbl>
    <w:p w14:paraId="7B7568EE" w14:textId="77777777" w:rsidR="008B1176" w:rsidRDefault="008B1176"/>
    <w:sectPr w:rsidR="008B1176"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24" w:bottom="1152"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28B8" w14:textId="77777777" w:rsidR="002C3541" w:rsidRDefault="002C3541">
      <w:pPr>
        <w:spacing w:after="0" w:line="240" w:lineRule="auto"/>
      </w:pPr>
      <w:r>
        <w:separator/>
      </w:r>
    </w:p>
  </w:endnote>
  <w:endnote w:type="continuationSeparator" w:id="0">
    <w:p w14:paraId="268D6276" w14:textId="77777777" w:rsidR="002C3541" w:rsidRDefault="002C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E42C" w14:textId="77777777" w:rsidR="00146559" w:rsidRDefault="001465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E0E4" w14:textId="77777777" w:rsidR="005F1264" w:rsidRDefault="00000000">
    <w:pPr>
      <w:pStyle w:val="Footer"/>
      <w:jc w:val="center"/>
    </w:pPr>
    <w:r>
      <w:rPr>
        <w:color w:val="646464"/>
        <w:sz w:val="18"/>
      </w:rPr>
      <w:t>MICOLLAC 2027 Conference Proceedings Paper Template | Draft for Committee Review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C6F2" w14:textId="77777777" w:rsidR="00146559" w:rsidRDefault="00146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E71FF" w14:textId="77777777" w:rsidR="002C3541" w:rsidRDefault="002C3541">
      <w:pPr>
        <w:spacing w:after="0" w:line="240" w:lineRule="auto"/>
      </w:pPr>
      <w:r>
        <w:separator/>
      </w:r>
    </w:p>
  </w:footnote>
  <w:footnote w:type="continuationSeparator" w:id="0">
    <w:p w14:paraId="15D99CCA" w14:textId="77777777" w:rsidR="002C3541" w:rsidRDefault="002C3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09F4" w14:textId="77777777" w:rsidR="00146559" w:rsidRDefault="001465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12A3" w14:textId="77777777" w:rsidR="00146559" w:rsidRDefault="00146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2D69" w14:textId="77777777" w:rsidR="00146559" w:rsidRDefault="00146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5180389">
    <w:abstractNumId w:val="8"/>
  </w:num>
  <w:num w:numId="2" w16cid:durableId="878274396">
    <w:abstractNumId w:val="6"/>
  </w:num>
  <w:num w:numId="3" w16cid:durableId="1424759350">
    <w:abstractNumId w:val="5"/>
  </w:num>
  <w:num w:numId="4" w16cid:durableId="799998303">
    <w:abstractNumId w:val="4"/>
  </w:num>
  <w:num w:numId="5" w16cid:durableId="263467095">
    <w:abstractNumId w:val="7"/>
  </w:num>
  <w:num w:numId="6" w16cid:durableId="2035495820">
    <w:abstractNumId w:val="3"/>
  </w:num>
  <w:num w:numId="7" w16cid:durableId="343821767">
    <w:abstractNumId w:val="2"/>
  </w:num>
  <w:num w:numId="8" w16cid:durableId="1755278521">
    <w:abstractNumId w:val="1"/>
  </w:num>
  <w:num w:numId="9" w16cid:durableId="2632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6559"/>
    <w:rsid w:val="0015074B"/>
    <w:rsid w:val="0029639D"/>
    <w:rsid w:val="002C3541"/>
    <w:rsid w:val="0032521E"/>
    <w:rsid w:val="00326F90"/>
    <w:rsid w:val="003D4CE4"/>
    <w:rsid w:val="005F1264"/>
    <w:rsid w:val="007C1D24"/>
    <w:rsid w:val="00820CDB"/>
    <w:rsid w:val="008B1176"/>
    <w:rsid w:val="009930A8"/>
    <w:rsid w:val="00AA1D8D"/>
    <w:rsid w:val="00B47730"/>
    <w:rsid w:val="00CB0664"/>
    <w:rsid w:val="00E105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A23AC2"/>
  <w14:defaultImageDpi w14:val="300"/>
  <w15:docId w15:val="{7C941BF6-95D4-7048-8535-1256826A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mplateTitle">
    <w:name w:val="TemplateTitle"/>
    <w:pPr>
      <w:spacing w:after="120" w:line="259" w:lineRule="auto"/>
    </w:pPr>
    <w:rPr>
      <w:rFonts w:ascii="Times New Roman" w:eastAsia="Times New Roman" w:hAnsi="Times New Roman"/>
      <w:b/>
      <w:color w:val="000000"/>
      <w:sz w:val="28"/>
    </w:rPr>
  </w:style>
  <w:style w:type="paragraph" w:customStyle="1" w:styleId="TemplateSubTitle">
    <w:name w:val="TemplateSubTitle"/>
    <w:pPr>
      <w:spacing w:after="120" w:line="259" w:lineRule="auto"/>
    </w:pPr>
    <w:rPr>
      <w:rFonts w:ascii="Times New Roman" w:eastAsia="Times New Roman" w:hAnsi="Times New Roman"/>
      <w:color w:val="404040"/>
    </w:rPr>
  </w:style>
  <w:style w:type="paragraph" w:customStyle="1" w:styleId="InstructionHeading">
    <w:name w:val="InstructionHeading"/>
    <w:pPr>
      <w:spacing w:after="120" w:line="259" w:lineRule="auto"/>
    </w:pPr>
    <w:rPr>
      <w:rFonts w:ascii="Times New Roman" w:eastAsia="Times New Roman" w:hAnsi="Times New Roman"/>
      <w:b/>
      <w:color w:val="000000"/>
      <w:sz w:val="24"/>
    </w:rPr>
  </w:style>
  <w:style w:type="paragraph" w:customStyle="1" w:styleId="InstructionText">
    <w:name w:val="InstructionText"/>
    <w:pPr>
      <w:spacing w:after="120" w:line="259" w:lineRule="auto"/>
    </w:pPr>
    <w:rPr>
      <w:rFonts w:ascii="Times New Roman" w:eastAsia="Times New Roman" w:hAnsi="Times New Roman"/>
      <w:color w:val="404040"/>
      <w:sz w:val="21"/>
    </w:rPr>
  </w:style>
  <w:style w:type="paragraph" w:customStyle="1" w:styleId="PaperTitle">
    <w:name w:val="PaperTitle"/>
    <w:pPr>
      <w:spacing w:after="120" w:line="259" w:lineRule="auto"/>
    </w:pPr>
    <w:rPr>
      <w:rFonts w:ascii="Times New Roman" w:eastAsia="Times New Roman" w:hAnsi="Times New Roman"/>
      <w:b/>
      <w:color w:val="000000"/>
      <w:sz w:val="24"/>
    </w:rPr>
  </w:style>
  <w:style w:type="paragraph" w:customStyle="1" w:styleId="PaperHeading">
    <w:name w:val="PaperHeading"/>
    <w:pPr>
      <w:spacing w:after="120" w:line="259" w:lineRule="auto"/>
    </w:pPr>
    <w:rPr>
      <w:rFonts w:ascii="Times New Roman" w:eastAsia="Times New Roman" w:hAnsi="Times New Roman"/>
      <w:b/>
      <w:color w:val="000000"/>
      <w:sz w:val="24"/>
    </w:rPr>
  </w:style>
  <w:style w:type="paragraph" w:customStyle="1" w:styleId="Placeholder">
    <w:name w:val="Placeholder"/>
    <w:pPr>
      <w:spacing w:after="120" w:line="259" w:lineRule="auto"/>
    </w:pPr>
    <w:rPr>
      <w:rFonts w:ascii="Times New Roman" w:eastAsia="Times New Roman" w:hAnsi="Times New Roman"/>
      <w:i/>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MICOLLAC 2027 Conference Proceedings Paper Template</dc:title>
  <dc:subject>Updated paper template for MICOLLAC 2027 proceedings submissions</dc:subject>
  <dc:creator>python-docx</dc:creator>
  <cp:keywords>MICOLLAC, conference proceedings, template</cp:keywords>
  <dc:description>generated by python-docx</dc:description>
  <cp:lastModifiedBy>MOHAMMAD EWAN BIN AWANG</cp:lastModifiedBy>
  <cp:revision>3</cp:revision>
  <dcterms:created xsi:type="dcterms:W3CDTF">2026-08-04T03:32:00Z</dcterms:created>
  <dcterms:modified xsi:type="dcterms:W3CDTF">2026-08-04T03:45:00Z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f287a470-3e27-430b-b559-6cc442d9de47</vt:lpwstr>
  </property>
</Properties>
</file>